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sz w:val="44"/>
        </w:rPr>
        <w:t>SaaS &amp; Software Product Description Template</w:t>
      </w:r>
    </w:p>
    <w:p>
      <w:r>
        <w:t>Product Description Template — gauravtiwari.org</w:t>
      </w:r>
    </w:p>
    <w:p/>
    <w:p>
      <w:r>
        <w:rPr>
          <w:b w:val="0"/>
          <w:i/>
          <w:sz w:val="22"/>
        </w:rPr>
        <w:t>Use this template for SaaS, software, apps, and API products. Target 600-1,200 words on your marketing site.</w:t>
      </w:r>
    </w:p>
    <w:p/>
    <w:p>
      <w:pPr>
        <w:pStyle w:val="Heading1"/>
      </w:pPr>
      <w:r>
        <w:rPr>
          <w:sz w:val="28"/>
        </w:rPr>
        <w:t>[PRODUCT NAME]</w:t>
      </w:r>
    </w:p>
    <w:p>
      <w:r>
        <w:rPr>
          <w:b/>
          <w:i w:val="0"/>
          <w:sz w:val="22"/>
        </w:rPr>
        <w:t>[BENEFIT-FIRST HEADLINE — what outcome does the user get]</w:t>
      </w:r>
    </w:p>
    <w:p/>
    <w:p>
      <w:r>
        <w:rPr>
          <w:b/>
          <w:i w:val="0"/>
          <w:sz w:val="22"/>
        </w:rPr>
        <w:t>Who this is for:</w:t>
      </w:r>
    </w:p>
    <w:p>
      <w:pPr>
        <w:pStyle w:val="ListBullet"/>
      </w:pPr>
      <w:r>
        <w:rPr>
          <w:sz w:val="22"/>
        </w:rPr>
        <w:t>[Specific role or use case 1]</w:t>
      </w:r>
    </w:p>
    <w:p>
      <w:pPr>
        <w:pStyle w:val="ListBullet"/>
      </w:pPr>
      <w:r>
        <w:rPr>
          <w:sz w:val="22"/>
        </w:rPr>
        <w:t>[Specific role or use case 2]</w:t>
      </w:r>
    </w:p>
    <w:p>
      <w:pPr>
        <w:pStyle w:val="ListBullet"/>
      </w:pPr>
      <w:r>
        <w:rPr>
          <w:sz w:val="22"/>
        </w:rPr>
        <w:t>[Specific role or use case 3]</w:t>
      </w:r>
    </w:p>
    <w:p>
      <w:r>
        <w:rPr>
          <w:b/>
          <w:i w:val="0"/>
          <w:sz w:val="22"/>
        </w:rPr>
        <w:t>What it does:</w:t>
      </w:r>
    </w:p>
    <w:p>
      <w:pPr>
        <w:pStyle w:val="ListBullet"/>
      </w:pPr>
      <w:r>
        <w:rPr>
          <w:sz w:val="22"/>
        </w:rPr>
        <w:t>[Core feature tied to outcome]</w:t>
      </w:r>
    </w:p>
    <w:p>
      <w:pPr>
        <w:pStyle w:val="ListBullet"/>
      </w:pPr>
      <w:r>
        <w:rPr>
          <w:sz w:val="22"/>
        </w:rPr>
        <w:t>[Second feature tied to outcome]</w:t>
      </w:r>
    </w:p>
    <w:p>
      <w:pPr>
        <w:pStyle w:val="ListBullet"/>
      </w:pPr>
      <w:r>
        <w:rPr>
          <w:sz w:val="22"/>
        </w:rPr>
        <w:t>[Third feature tied to outcome]</w:t>
      </w:r>
    </w:p>
    <w:p>
      <w:pPr>
        <w:pStyle w:val="ListBullet"/>
      </w:pPr>
      <w:r>
        <w:rPr>
          <w:sz w:val="22"/>
        </w:rPr>
        <w:t>[Integration or ecosystem detail]</w:t>
      </w:r>
    </w:p>
    <w:p>
      <w:r>
        <w:rPr>
          <w:b w:val="0"/>
          <w:i w:val="0"/>
          <w:sz w:val="22"/>
        </w:rPr>
        <w:t>[2-3 sentence paragraph explaining the "before and after" of using the product. Specific: time saved per week, revenue per user, hours reclaimed.]</w:t>
      </w:r>
    </w:p>
    <w:p/>
    <w:p>
      <w:r>
        <w:rPr>
          <w:b w:val="0"/>
          <w:i/>
          <w:sz w:val="22"/>
        </w:rPr>
        <w:t>[TESTIMONIAL — quote from a user with role and company]</w:t>
      </w:r>
    </w:p>
    <w:p/>
    <w:p>
      <w:r>
        <w:rPr>
          <w:b/>
          <w:i w:val="0"/>
          <w:sz w:val="22"/>
        </w:rPr>
        <w:t>Pricing:</w:t>
      </w:r>
    </w:p>
    <w:p>
      <w:pPr>
        <w:pStyle w:val="ListBullet"/>
      </w:pPr>
      <w:r>
        <w:rPr>
          <w:sz w:val="22"/>
        </w:rPr>
        <w:t>[Tier 1: price, features, limits]</w:t>
      </w:r>
    </w:p>
    <w:p>
      <w:pPr>
        <w:pStyle w:val="ListBullet"/>
      </w:pPr>
      <w:r>
        <w:rPr>
          <w:sz w:val="22"/>
        </w:rPr>
        <w:t>[Tier 2: price, features, limits]</w:t>
      </w:r>
    </w:p>
    <w:p>
      <w:pPr>
        <w:pStyle w:val="ListBullet"/>
      </w:pPr>
      <w:r>
        <w:rPr>
          <w:sz w:val="22"/>
        </w:rPr>
        <w:t>[Tier 3 or enterprise: price or contact]</w:t>
      </w:r>
    </w:p>
    <w:p>
      <w:r>
        <w:rPr>
          <w:b w:val="0"/>
          <w:i w:val="0"/>
          <w:sz w:val="22"/>
        </w:rPr>
        <w:t>Works with: [List integrations: Zapier, Slack, API, specific platforms]</w:t>
      </w:r>
    </w:p>
    <w:p/>
    <w:p>
      <w:r>
        <w:rPr>
          <w:b/>
          <w:i w:val="0"/>
          <w:sz w:val="22"/>
        </w:rPr>
        <w:t>FAQ</w:t>
      </w:r>
    </w:p>
    <w:p>
      <w:r>
        <w:rPr>
          <w:b w:val="0"/>
          <w:i w:val="0"/>
          <w:sz w:val="22"/>
        </w:rPr>
        <w:t>Q: [Common objection: security, data portability, onboarding time]</w:t>
      </w:r>
    </w:p>
    <w:p>
      <w:r>
        <w:rPr>
          <w:b w:val="0"/>
          <w:i w:val="0"/>
          <w:sz w:val="22"/>
        </w:rPr>
        <w:t>A: [Direct answer]</w:t>
      </w:r>
    </w:p>
    <w:p/>
    <w:p>
      <w:r>
        <w:rPr>
          <w:b w:val="0"/>
          <w:i w:val="0"/>
          <w:sz w:val="22"/>
        </w:rPr>
        <w:t>Q: [Common objection: pricing, cancellation, refund]</w:t>
      </w:r>
    </w:p>
    <w:p>
      <w:r>
        <w:rPr>
          <w:b w:val="0"/>
          <w:i w:val="0"/>
          <w:sz w:val="22"/>
        </w:rPr>
        <w:t>A: [Direct answer]</w:t>
      </w:r>
    </w:p>
    <w:p/>
    <w:p>
      <w:r>
        <w:rPr>
          <w:b/>
          <w:i w:val="0"/>
          <w:sz w:val="22"/>
        </w:rPr>
        <w:t>[CTA: Free trial length, demo booking, or direct signup]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