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sz w:val="44"/>
        </w:rPr>
        <w:t>Physical Goods Product Description Template</w:t>
      </w:r>
    </w:p>
    <w:p>
      <w:r>
        <w:t>Product Description Template — gauravtiwari.org</w:t>
      </w:r>
    </w:p>
    <w:p/>
    <w:p>
      <w:r>
        <w:rPr>
          <w:b w:val="0"/>
          <w:i/>
          <w:sz w:val="22"/>
        </w:rPr>
        <w:t>Use this template for apparel, gear, home goods, and any tangible product. Fill every bracketed placeholder. Aim for 200-400 words total.</w:t>
      </w:r>
    </w:p>
    <w:p/>
    <w:p>
      <w:pPr>
        <w:pStyle w:val="Heading1"/>
      </w:pPr>
      <w:r>
        <w:rPr>
          <w:sz w:val="28"/>
        </w:rPr>
        <w:t>[PRODUCT NAME]</w:t>
      </w:r>
    </w:p>
    <w:p>
      <w:r>
        <w:rPr>
          <w:b/>
          <w:i w:val="0"/>
          <w:sz w:val="22"/>
        </w:rPr>
        <w:t>[BENEFIT-FIRST HEADLINE — one sentence, what does this solve]</w:t>
      </w:r>
    </w:p>
    <w:p/>
    <w:p>
      <w:r>
        <w:rPr>
          <w:b/>
          <w:i w:val="0"/>
          <w:sz w:val="22"/>
        </w:rPr>
        <w:t>What you get:</w:t>
      </w:r>
    </w:p>
    <w:p>
      <w:pPr>
        <w:pStyle w:val="ListBullet"/>
      </w:pPr>
      <w:r>
        <w:rPr>
          <w:sz w:val="22"/>
        </w:rPr>
        <w:t>[Benefit 1 with specific number]</w:t>
      </w:r>
    </w:p>
    <w:p>
      <w:pPr>
        <w:pStyle w:val="ListBullet"/>
      </w:pPr>
      <w:r>
        <w:rPr>
          <w:sz w:val="22"/>
        </w:rPr>
        <w:t>[Benefit 2 with specific outcome]</w:t>
      </w:r>
    </w:p>
    <w:p>
      <w:pPr>
        <w:pStyle w:val="ListBullet"/>
      </w:pPr>
      <w:r>
        <w:rPr>
          <w:sz w:val="22"/>
        </w:rPr>
        <w:t>[Benefit 3 addressing common objection]</w:t>
      </w:r>
    </w:p>
    <w:p>
      <w:pPr>
        <w:pStyle w:val="ListBullet"/>
      </w:pPr>
      <w:r>
        <w:rPr>
          <w:sz w:val="22"/>
        </w:rPr>
        <w:t>[Benefit 4 highlighting differentiator]</w:t>
      </w:r>
    </w:p>
    <w:p>
      <w:r>
        <w:rPr>
          <w:b w:val="0"/>
          <w:i w:val="0"/>
          <w:sz w:val="22"/>
        </w:rPr>
        <w:t>[2-3 sentence paragraph with sensory detail and specific use case. Name a real scenario: a 6-hour flight, a Pacific Northwest winter, a New York subway commute.]</w:t>
      </w:r>
    </w:p>
    <w:p/>
    <w:p>
      <w:r>
        <w:rPr>
          <w:b w:val="0"/>
          <w:i/>
          <w:sz w:val="22"/>
        </w:rPr>
        <w:t>[REVIEW SNIPPET — one customer quote with name and location]</w:t>
      </w:r>
    </w:p>
    <w:p/>
    <w:p>
      <w:r>
        <w:rPr>
          <w:b/>
          <w:i w:val="0"/>
          <w:sz w:val="22"/>
        </w:rPr>
        <w:t>Specs:</w:t>
      </w:r>
    </w:p>
    <w:p>
      <w:pPr>
        <w:pStyle w:val="ListBullet"/>
      </w:pPr>
      <w:r>
        <w:rPr>
          <w:sz w:val="22"/>
        </w:rPr>
        <w:t>[Dimension]</w:t>
      </w:r>
    </w:p>
    <w:p>
      <w:pPr>
        <w:pStyle w:val="ListBullet"/>
      </w:pPr>
      <w:r>
        <w:rPr>
          <w:sz w:val="22"/>
        </w:rPr>
        <w:t>[Weight]</w:t>
      </w:r>
    </w:p>
    <w:p>
      <w:pPr>
        <w:pStyle w:val="ListBullet"/>
      </w:pPr>
      <w:r>
        <w:rPr>
          <w:sz w:val="22"/>
        </w:rPr>
        <w:t>[Material]</w:t>
      </w:r>
    </w:p>
    <w:p>
      <w:pPr>
        <w:pStyle w:val="ListBullet"/>
      </w:pPr>
      <w:r>
        <w:rPr>
          <w:sz w:val="22"/>
        </w:rPr>
        <w:t>[Warranty]</w:t>
      </w:r>
    </w:p>
    <w:p>
      <w:pPr>
        <w:pStyle w:val="ListBullet"/>
      </w:pPr>
      <w:r>
        <w:rPr>
          <w:sz w:val="22"/>
        </w:rPr>
        <w:t>[Country of manufacture]</w:t>
      </w:r>
    </w:p>
    <w:p>
      <w:r>
        <w:rPr>
          <w:b/>
          <w:i w:val="0"/>
          <w:sz w:val="22"/>
        </w:rPr>
        <w:t>FAQ</w:t>
      </w:r>
    </w:p>
    <w:p>
      <w:r>
        <w:rPr>
          <w:b w:val="0"/>
          <w:i w:val="0"/>
          <w:sz w:val="22"/>
        </w:rPr>
        <w:t>Q: [Most common pre-purchase question]</w:t>
      </w:r>
    </w:p>
    <w:p>
      <w:r>
        <w:rPr>
          <w:b w:val="0"/>
          <w:i w:val="0"/>
          <w:sz w:val="22"/>
        </w:rPr>
        <w:t>A: [Answer in under 80 words]</w:t>
      </w:r>
    </w:p>
    <w:p/>
    <w:p>
      <w:r>
        <w:rPr>
          <w:b w:val="0"/>
          <w:i w:val="0"/>
          <w:sz w:val="22"/>
        </w:rPr>
        <w:t>Q: [Second most common question]</w:t>
      </w:r>
    </w:p>
    <w:p>
      <w:r>
        <w:rPr>
          <w:b w:val="0"/>
          <w:i w:val="0"/>
          <w:sz w:val="22"/>
        </w:rPr>
        <w:t>A: [Answer in under 80 words]</w:t>
      </w:r>
    </w:p>
    <w:p/>
    <w:p>
      <w:r>
        <w:rPr>
          <w:b/>
          <w:i w:val="0"/>
          <w:sz w:val="22"/>
        </w:rPr>
        <w:t>[CTA: Shipping specifics, return policy, in-stock confirmation]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